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82B2" w14:textId="77777777" w:rsidR="009B6F6B" w:rsidRDefault="00000000">
      <w:pPr>
        <w:pStyle w:val="Nagwek1"/>
      </w:pPr>
      <w:r>
        <w:t>DEKLARACJA BIODEGRADOWALNOŚCI – ALPHA MINI SCENT</w:t>
      </w:r>
    </w:p>
    <w:p w14:paraId="445FDE79" w14:textId="77777777" w:rsidR="009B6F6B" w:rsidRDefault="00000000">
      <w:r>
        <w:t>Na podstawie sekcji 12.2 karty charakterystyki.</w:t>
      </w:r>
    </w:p>
    <w:p w14:paraId="2CE6B2E2" w14:textId="77777777" w:rsidR="009B6F6B" w:rsidRDefault="00000000">
      <w:r>
        <w:t>Zawarte w produkcie związki powierzchniowo czynne spełniają kryteria biodegradowalności zgodnie z Rozporządzeniem (WE) nr 648/2004 dotyczącym detergentów.</w:t>
      </w:r>
    </w:p>
    <w:p w14:paraId="2969434C" w14:textId="77777777" w:rsidR="009B6F6B" w:rsidRDefault="00000000">
      <w:r>
        <w:t>Produkt spełnia wymagania biodegradowalności dla zastosowanych środków powierzchniowo czynnych.</w:t>
      </w:r>
    </w:p>
    <w:sectPr w:rsidR="009B6F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0988279">
    <w:abstractNumId w:val="8"/>
  </w:num>
  <w:num w:numId="2" w16cid:durableId="770048885">
    <w:abstractNumId w:val="6"/>
  </w:num>
  <w:num w:numId="3" w16cid:durableId="2055159073">
    <w:abstractNumId w:val="5"/>
  </w:num>
  <w:num w:numId="4" w16cid:durableId="1055664192">
    <w:abstractNumId w:val="4"/>
  </w:num>
  <w:num w:numId="5" w16cid:durableId="1054892429">
    <w:abstractNumId w:val="7"/>
  </w:num>
  <w:num w:numId="6" w16cid:durableId="1274747173">
    <w:abstractNumId w:val="3"/>
  </w:num>
  <w:num w:numId="7" w16cid:durableId="571085178">
    <w:abstractNumId w:val="2"/>
  </w:num>
  <w:num w:numId="8" w16cid:durableId="1303191808">
    <w:abstractNumId w:val="1"/>
  </w:num>
  <w:num w:numId="9" w16cid:durableId="1218780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4714"/>
    <w:rsid w:val="00746649"/>
    <w:rsid w:val="009B6F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D2589"/>
  <w14:defaultImageDpi w14:val="300"/>
  <w15:docId w15:val="{66D9AB8D-FF9B-444A-8FE4-AE51C38F9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Oskar Sitarz</cp:lastModifiedBy>
  <cp:revision>2</cp:revision>
  <dcterms:created xsi:type="dcterms:W3CDTF">2026-06-11T09:54:00Z</dcterms:created>
  <dcterms:modified xsi:type="dcterms:W3CDTF">2026-06-11T09:54:00Z</dcterms:modified>
  <cp:category/>
</cp:coreProperties>
</file>